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51B3" w14:textId="3D9F981F" w:rsidR="0057373A" w:rsidRDefault="00000000">
      <w:r>
        <w:t>NÁZEV AKCE: ROPÁK 202</w:t>
      </w:r>
      <w:r w:rsidR="00A43566">
        <w:t>6</w:t>
      </w:r>
      <w:r w:rsidR="00F0569B">
        <w:t xml:space="preserve"> (10.10.2026)</w:t>
      </w:r>
    </w:p>
    <w:p w14:paraId="10CF3644" w14:textId="77777777" w:rsidR="0057373A" w:rsidRDefault="00000000">
      <w:r>
        <w:t>TYP AKCE: Mistrovství Doupovských a Krušných hor, tříčlenných štafet.</w:t>
      </w:r>
    </w:p>
    <w:p w14:paraId="78619A74" w14:textId="77777777" w:rsidR="0057373A" w:rsidRDefault="00000000">
      <w:r>
        <w:t>SPORTY: Běh, kolistika, pádlíng na voleji</w:t>
      </w:r>
    </w:p>
    <w:p w14:paraId="536F467B" w14:textId="77777777" w:rsidR="0057373A" w:rsidRDefault="00000000">
      <w:r>
        <w:t>POPIS: Závod začne hromadným startem běžců, na 12 km. (1 kopec, 1 brod Ohře) Pomyslný štafetový kolík bude předáván jednotlivým cyklistům, kteří absolvují 23 km dlouhou trať (2 kopce, 1 brod Ohře), po které předají štafetu týmovému vodákovi, který z prostoru předávky doběhne k řece, dá 50 m vodou a nasedne do své lodi. Jede 3,5 km po proudu řeky Ohře, k označené bóji, otočí se kolem ní a jede zpět. Před Rašovickou lávkou vylodí, přeběhne s lodí okolo lávky, nalodí se a přejede řeku, do cíle, na druhé straně. Cíl celého závodu proběhne na řece.</w:t>
      </w:r>
    </w:p>
    <w:p w14:paraId="6EEFBDB7" w14:textId="35D727D0" w:rsidR="0057373A" w:rsidRDefault="00000000">
      <w:r>
        <w:t xml:space="preserve">DATUM: Sobota </w:t>
      </w:r>
      <w:r w:rsidR="00A43566">
        <w:t>10</w:t>
      </w:r>
      <w:r>
        <w:t>.</w:t>
      </w:r>
      <w:r w:rsidR="00A43566">
        <w:t>10</w:t>
      </w:r>
      <w:r>
        <w:t>.202</w:t>
      </w:r>
      <w:r w:rsidR="00A43566">
        <w:t>6</w:t>
      </w:r>
    </w:p>
    <w:p w14:paraId="2D800135" w14:textId="4F09D2C1" w:rsidR="00111A33" w:rsidRDefault="00111A33">
      <w:r w:rsidRPr="00111A33">
        <w:rPr>
          <w:b/>
          <w:bCs/>
        </w:rPr>
        <w:t>REGISTRACE</w:t>
      </w:r>
      <w:r>
        <w:t xml:space="preserve">: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odkaz</w:t>
      </w:r>
      <w:proofErr w:type="spellEnd"/>
      <w:r>
        <w:t xml:space="preserve">: </w:t>
      </w:r>
      <w:hyperlink r:id="rId6" w:history="1">
        <w:r w:rsidR="0027053F" w:rsidRPr="0027053F">
          <w:rPr>
            <w:rStyle w:val="Hypertextovodkaz"/>
          </w:rPr>
          <w:t xml:space="preserve">ROPÁK 2026 - </w:t>
        </w:r>
        <w:proofErr w:type="spellStart"/>
        <w:r w:rsidR="0027053F" w:rsidRPr="0027053F">
          <w:rPr>
            <w:rStyle w:val="Hypertextovodkaz"/>
          </w:rPr>
          <w:t>registrace</w:t>
        </w:r>
        <w:proofErr w:type="spellEnd"/>
      </w:hyperlink>
    </w:p>
    <w:p w14:paraId="6E4E63A9" w14:textId="4833A3F3" w:rsidR="00111A33" w:rsidRDefault="00111A33">
      <w:r>
        <w:t xml:space="preserve">Nebo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Facebooku</w:t>
      </w:r>
      <w:proofErr w:type="spellEnd"/>
      <w:r>
        <w:t xml:space="preserve">, </w:t>
      </w:r>
      <w:proofErr w:type="spellStart"/>
      <w:proofErr w:type="gramStart"/>
      <w:r>
        <w:t>Instagramu</w:t>
      </w:r>
      <w:proofErr w:type="spellEnd"/>
      <w:r>
        <w:t xml:space="preserve">,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emailu</w:t>
      </w:r>
      <w:proofErr w:type="spellEnd"/>
      <w:r>
        <w:t xml:space="preserve">: </w:t>
      </w:r>
      <w:hyperlink r:id="rId7" w:history="1">
        <w:r w:rsidRPr="00DC28AC">
          <w:rPr>
            <w:rStyle w:val="Hypertextovodkaz"/>
          </w:rPr>
          <w:t>vskreta@seznam.cz</w:t>
        </w:r>
      </w:hyperlink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přes</w:t>
      </w:r>
      <w:proofErr w:type="spellEnd"/>
      <w:r>
        <w:t xml:space="preserve"> telefon:777617881</w:t>
      </w:r>
    </w:p>
    <w:p w14:paraId="7E4DF7EF" w14:textId="6599B500" w:rsidR="0057373A" w:rsidRDefault="00000000">
      <w:r>
        <w:t>ČAS STARTU: 1</w:t>
      </w:r>
      <w:r w:rsidR="00A43566">
        <w:t>0</w:t>
      </w:r>
      <w:r>
        <w:t>:</w:t>
      </w:r>
      <w:r w:rsidR="00A43566">
        <w:t>3</w:t>
      </w:r>
      <w:r>
        <w:t>0</w:t>
      </w:r>
    </w:p>
    <w:p w14:paraId="102D7FBE" w14:textId="52874551" w:rsidR="0057373A" w:rsidRDefault="00000000">
      <w:r>
        <w:t xml:space="preserve">MÍSTO STARTU: </w:t>
      </w:r>
      <w:proofErr w:type="spellStart"/>
      <w:r w:rsidR="00F0569B">
        <w:t>Hospoda</w:t>
      </w:r>
      <w:proofErr w:type="spellEnd"/>
      <w:r w:rsidR="00F0569B">
        <w:t xml:space="preserve"> </w:t>
      </w:r>
      <w:proofErr w:type="spellStart"/>
      <w:r>
        <w:t>Vyhlídka</w:t>
      </w:r>
      <w:proofErr w:type="spellEnd"/>
      <w:r w:rsidR="00F0569B">
        <w:t xml:space="preserve"> –</w:t>
      </w:r>
      <w:r>
        <w:t xml:space="preserve"> </w:t>
      </w:r>
      <w:proofErr w:type="spellStart"/>
      <w:r>
        <w:t>Rašovice</w:t>
      </w:r>
      <w:proofErr w:type="spellEnd"/>
      <w:r w:rsidR="00F0569B">
        <w:t xml:space="preserve"> u </w:t>
      </w:r>
      <w:proofErr w:type="spellStart"/>
      <w:r w:rsidR="00F0569B">
        <w:t>Klášterce</w:t>
      </w:r>
      <w:proofErr w:type="spellEnd"/>
      <w:r w:rsidR="00F0569B">
        <w:t xml:space="preserve"> and </w:t>
      </w:r>
      <w:proofErr w:type="spellStart"/>
      <w:r w:rsidR="00F0569B">
        <w:t>Ohří</w:t>
      </w:r>
      <w:proofErr w:type="spellEnd"/>
      <w:r w:rsidR="00A43566">
        <w:t xml:space="preserve"> – </w:t>
      </w:r>
      <w:proofErr w:type="spellStart"/>
      <w:r w:rsidR="00A43566">
        <w:t>možnost</w:t>
      </w:r>
      <w:proofErr w:type="spellEnd"/>
      <w:r w:rsidR="00A43566">
        <w:t xml:space="preserve"> </w:t>
      </w:r>
      <w:proofErr w:type="spellStart"/>
      <w:r w:rsidR="00A43566">
        <w:t>i</w:t>
      </w:r>
      <w:proofErr w:type="spellEnd"/>
      <w:r w:rsidR="00A43566">
        <w:t xml:space="preserve"> </w:t>
      </w:r>
      <w:proofErr w:type="spellStart"/>
      <w:r w:rsidR="00A43566">
        <w:t>ubytování</w:t>
      </w:r>
      <w:proofErr w:type="spellEnd"/>
    </w:p>
    <w:p w14:paraId="3C8A4F80" w14:textId="2B457D9A" w:rsidR="0057373A" w:rsidRDefault="00000000">
      <w:r>
        <w:t xml:space="preserve">PREZENTACE: </w:t>
      </w:r>
      <w:r w:rsidR="00F0569B">
        <w:t>10</w:t>
      </w:r>
      <w:r>
        <w:t>.</w:t>
      </w:r>
      <w:r w:rsidR="00F0569B">
        <w:t>10</w:t>
      </w:r>
      <w:r>
        <w:t>.202</w:t>
      </w:r>
      <w:r w:rsidR="00F0569B">
        <w:t>6</w:t>
      </w:r>
      <w:r>
        <w:t xml:space="preserve">, </w:t>
      </w:r>
      <w:r w:rsidR="00A43566">
        <w:t>8</w:t>
      </w:r>
      <w:r>
        <w:t>:00-1</w:t>
      </w:r>
      <w:r w:rsidR="00A43566">
        <w:t>0</w:t>
      </w:r>
      <w:r>
        <w:t xml:space="preserve">:00, v </w:t>
      </w:r>
      <w:proofErr w:type="spellStart"/>
      <w:r>
        <w:t>místě</w:t>
      </w:r>
      <w:proofErr w:type="spellEnd"/>
      <w:r>
        <w:t xml:space="preserve"> </w:t>
      </w:r>
      <w:proofErr w:type="spellStart"/>
      <w:r>
        <w:t>startu</w:t>
      </w:r>
      <w:proofErr w:type="spellEnd"/>
      <w:r>
        <w:t xml:space="preserve">. </w:t>
      </w:r>
      <w:proofErr w:type="spellStart"/>
      <w:r w:rsidR="00A43566">
        <w:t>P</w:t>
      </w:r>
      <w:r>
        <w:t>řihlášky</w:t>
      </w:r>
      <w:proofErr w:type="spellEnd"/>
      <w:r>
        <w:t xml:space="preserve"> </w:t>
      </w:r>
      <w:proofErr w:type="spellStart"/>
      <w:r>
        <w:t>možné</w:t>
      </w:r>
      <w:proofErr w:type="spellEnd"/>
      <w:r>
        <w:t xml:space="preserve"> u </w:t>
      </w:r>
      <w:r w:rsidR="00A43566">
        <w:t>V.</w:t>
      </w:r>
      <w:r>
        <w:t xml:space="preserve"> </w:t>
      </w:r>
      <w:r w:rsidR="00A43566">
        <w:t>Škréta</w:t>
      </w:r>
      <w:r>
        <w:t xml:space="preserve"> </w:t>
      </w:r>
    </w:p>
    <w:p w14:paraId="2118B32D" w14:textId="713D3BBA" w:rsidR="0057373A" w:rsidRDefault="00000000">
      <w:r>
        <w:t xml:space="preserve">STARTOVNÉ: </w:t>
      </w:r>
      <w:r w:rsidR="0058526D">
        <w:t>600</w:t>
      </w:r>
      <w:r>
        <w:t xml:space="preserve"> </w:t>
      </w:r>
      <w:proofErr w:type="spellStart"/>
      <w:r>
        <w:t>Kč</w:t>
      </w:r>
      <w:proofErr w:type="spellEnd"/>
      <w:r>
        <w:t>/</w:t>
      </w:r>
      <w:proofErr w:type="spellStart"/>
      <w:r>
        <w:t>tým</w:t>
      </w:r>
      <w:proofErr w:type="spellEnd"/>
      <w:r w:rsidR="008531A1">
        <w:t xml:space="preserve"> </w:t>
      </w:r>
      <w:proofErr w:type="spellStart"/>
      <w:r w:rsidR="008531A1">
        <w:t>na</w:t>
      </w:r>
      <w:proofErr w:type="spellEnd"/>
      <w:r w:rsidR="008531A1">
        <w:t xml:space="preserve"> </w:t>
      </w:r>
      <w:proofErr w:type="spellStart"/>
      <w:r w:rsidR="008531A1">
        <w:t>účet</w:t>
      </w:r>
      <w:proofErr w:type="spellEnd"/>
      <w:r w:rsidR="008531A1">
        <w:t xml:space="preserve"> do 9.10.2026. Na </w:t>
      </w:r>
      <w:proofErr w:type="spellStart"/>
      <w:r w:rsidR="008531A1">
        <w:t>místě</w:t>
      </w:r>
      <w:proofErr w:type="spellEnd"/>
      <w:r w:rsidR="008531A1">
        <w:t xml:space="preserve"> 900 </w:t>
      </w:r>
      <w:proofErr w:type="spellStart"/>
      <w:r w:rsidR="008531A1">
        <w:t>Kč</w:t>
      </w:r>
      <w:proofErr w:type="spellEnd"/>
      <w:r w:rsidR="008531A1">
        <w:t>.</w:t>
      </w:r>
    </w:p>
    <w:p w14:paraId="2C1BFB20" w14:textId="5011810D" w:rsidR="008531A1" w:rsidRDefault="008531A1">
      <w:proofErr w:type="spellStart"/>
      <w:r>
        <w:t>Číslo</w:t>
      </w:r>
      <w:proofErr w:type="spellEnd"/>
      <w:r>
        <w:t xml:space="preserve"> </w:t>
      </w:r>
      <w:proofErr w:type="spellStart"/>
      <w:r>
        <w:t>účtu</w:t>
      </w:r>
      <w:proofErr w:type="spellEnd"/>
      <w:r>
        <w:t xml:space="preserve"> je 78-1538160297/0100 do </w:t>
      </w:r>
      <w:proofErr w:type="spellStart"/>
      <w:r>
        <w:t>poznámky</w:t>
      </w:r>
      <w:proofErr w:type="spellEnd"/>
      <w:r>
        <w:t xml:space="preserve"> </w:t>
      </w:r>
      <w:proofErr w:type="spellStart"/>
      <w:r>
        <w:t>uveďte</w:t>
      </w:r>
      <w:proofErr w:type="spellEnd"/>
      <w:r>
        <w:t xml:space="preserve"> </w:t>
      </w:r>
      <w:proofErr w:type="spellStart"/>
      <w:r>
        <w:t>název</w:t>
      </w:r>
      <w:proofErr w:type="spellEnd"/>
      <w:r>
        <w:t xml:space="preserve"> </w:t>
      </w:r>
      <w:proofErr w:type="spellStart"/>
      <w:r>
        <w:t>týmu</w:t>
      </w:r>
      <w:proofErr w:type="spellEnd"/>
    </w:p>
    <w:p w14:paraId="4B9E7860" w14:textId="77777777" w:rsidR="0057373A" w:rsidRDefault="00000000">
      <w:r>
        <w:t>VYHLÁŠENÍ: Vyhlášení výsledků a dekorování vítězů, proběhne po dojetí posledního závodníka do cíle (když nebude moc pomalej), na pódiu, v prostoru startu.</w:t>
      </w:r>
    </w:p>
    <w:p w14:paraId="197CC91A" w14:textId="3DFE7754" w:rsidR="0057373A" w:rsidRDefault="00000000">
      <w:r>
        <w:t xml:space="preserve">CENY: </w:t>
      </w:r>
      <w:proofErr w:type="spellStart"/>
      <w:r>
        <w:t>Cen</w:t>
      </w:r>
      <w:r w:rsidR="00F0569B">
        <w:t>y</w:t>
      </w:r>
      <w:proofErr w:type="spellEnd"/>
      <w:r>
        <w:t xml:space="preserve"> </w:t>
      </w:r>
      <w:r w:rsidR="00F0569B">
        <w:t xml:space="preserve">pro </w:t>
      </w:r>
      <w:proofErr w:type="spellStart"/>
      <w:r w:rsidR="00F0569B">
        <w:t>první</w:t>
      </w:r>
      <w:proofErr w:type="spellEnd"/>
      <w:r w:rsidR="00F0569B">
        <w:t xml:space="preserve"> </w:t>
      </w:r>
      <w:proofErr w:type="spellStart"/>
      <w:r w:rsidR="00F0569B">
        <w:t>tři</w:t>
      </w:r>
      <w:proofErr w:type="spellEnd"/>
      <w:r>
        <w:t xml:space="preserve"> </w:t>
      </w:r>
      <w:proofErr w:type="spellStart"/>
      <w:r w:rsidR="00F0569B">
        <w:t>vítě</w:t>
      </w:r>
      <w:r>
        <w:t>zn</w:t>
      </w:r>
      <w:r w:rsidR="00F0569B">
        <w:t>é</w:t>
      </w:r>
      <w:proofErr w:type="spellEnd"/>
      <w:r>
        <w:t xml:space="preserve"> </w:t>
      </w:r>
      <w:proofErr w:type="spellStart"/>
      <w:r>
        <w:t>tým</w:t>
      </w:r>
      <w:r w:rsidR="00F0569B">
        <w:t>y</w:t>
      </w:r>
      <w:proofErr w:type="spellEnd"/>
      <w:r w:rsidR="00F0569B">
        <w:t xml:space="preserve">, jak v </w:t>
      </w:r>
      <w:proofErr w:type="spellStart"/>
      <w:r w:rsidR="00F0569B">
        <w:t>mužské</w:t>
      </w:r>
      <w:proofErr w:type="spellEnd"/>
      <w:r w:rsidR="00F0569B">
        <w:t xml:space="preserve">, </w:t>
      </w:r>
      <w:proofErr w:type="spellStart"/>
      <w:r w:rsidR="00F0569B">
        <w:t>tak</w:t>
      </w:r>
      <w:proofErr w:type="spellEnd"/>
      <w:r w:rsidR="00F0569B">
        <w:t xml:space="preserve"> </w:t>
      </w:r>
      <w:proofErr w:type="spellStart"/>
      <w:r w:rsidR="00F0569B">
        <w:t>ženské</w:t>
      </w:r>
      <w:proofErr w:type="spellEnd"/>
      <w:r w:rsidR="00F0569B">
        <w:t xml:space="preserve"> </w:t>
      </w:r>
      <w:proofErr w:type="spellStart"/>
      <w:r w:rsidR="00F0569B">
        <w:t>kategorii</w:t>
      </w:r>
      <w:proofErr w:type="spellEnd"/>
      <w:r w:rsidR="00F0569B">
        <w:t xml:space="preserve"> (</w:t>
      </w:r>
      <w:proofErr w:type="spellStart"/>
      <w:r w:rsidR="00F0569B">
        <w:t>smíšené</w:t>
      </w:r>
      <w:proofErr w:type="spellEnd"/>
      <w:r w:rsidR="00F0569B">
        <w:t xml:space="preserve"> </w:t>
      </w:r>
      <w:proofErr w:type="spellStart"/>
      <w:r w:rsidR="00F0569B">
        <w:t>štafety</w:t>
      </w:r>
      <w:proofErr w:type="spellEnd"/>
      <w:r w:rsidR="00F0569B">
        <w:t xml:space="preserve"> </w:t>
      </w:r>
      <w:proofErr w:type="spellStart"/>
      <w:r w:rsidR="00F0569B">
        <w:t>jsou</w:t>
      </w:r>
      <w:proofErr w:type="spellEnd"/>
      <w:r w:rsidR="00F0569B">
        <w:t xml:space="preserve"> </w:t>
      </w:r>
      <w:proofErr w:type="spellStart"/>
      <w:r w:rsidR="00F0569B">
        <w:t>součástí</w:t>
      </w:r>
      <w:proofErr w:type="spellEnd"/>
      <w:r w:rsidR="00F0569B">
        <w:t xml:space="preserve"> </w:t>
      </w:r>
      <w:proofErr w:type="spellStart"/>
      <w:r w:rsidR="00F0569B">
        <w:t>mužské</w:t>
      </w:r>
      <w:proofErr w:type="spellEnd"/>
      <w:r w:rsidR="00F0569B">
        <w:t xml:space="preserve"> </w:t>
      </w:r>
      <w:proofErr w:type="spellStart"/>
      <w:r w:rsidR="00F0569B">
        <w:t>kategorie</w:t>
      </w:r>
      <w:proofErr w:type="spellEnd"/>
      <w:r w:rsidR="00F0569B">
        <w:t>)</w:t>
      </w:r>
      <w:r>
        <w:t>.</w:t>
      </w:r>
    </w:p>
    <w:p w14:paraId="5527317C" w14:textId="6D5CE76F" w:rsidR="00F0569B" w:rsidRDefault="00F0569B">
      <w:proofErr w:type="spellStart"/>
      <w:r>
        <w:t>Občerstvení</w:t>
      </w:r>
      <w:proofErr w:type="spellEnd"/>
      <w:r>
        <w:t xml:space="preserve">: v </w:t>
      </w:r>
      <w:proofErr w:type="spellStart"/>
      <w:r>
        <w:t>místě</w:t>
      </w:r>
      <w:proofErr w:type="spellEnd"/>
      <w:r>
        <w:t xml:space="preserve"> </w:t>
      </w:r>
      <w:proofErr w:type="spellStart"/>
      <w:r>
        <w:t>startu</w:t>
      </w:r>
      <w:proofErr w:type="spellEnd"/>
      <w:r>
        <w:t xml:space="preserve"> (</w:t>
      </w:r>
      <w:proofErr w:type="spellStart"/>
      <w:r>
        <w:t>voda</w:t>
      </w:r>
      <w:proofErr w:type="spellEnd"/>
      <w:r>
        <w:t xml:space="preserve">, kola, </w:t>
      </w:r>
      <w:proofErr w:type="spellStart"/>
      <w:r>
        <w:t>sušenky</w:t>
      </w:r>
      <w:proofErr w:type="spellEnd"/>
      <w:r>
        <w:t>)</w:t>
      </w:r>
    </w:p>
    <w:p w14:paraId="633BB632" w14:textId="5D264E6A" w:rsidR="0057373A" w:rsidRDefault="00000000">
      <w:r>
        <w:t xml:space="preserve">UPOZORNĚNÍ: Závod je pořádán neoficiálně, tudíž bez jakéhokoliv omezení okolního provozu. Vždy musíme dát přednost ostatním. (Lodě, auta, cyklisti, chodci... a bez držkování) Každá disciplína obsahuje minimálně 1 brod řeky Ohře.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všichni</w:t>
      </w:r>
      <w:proofErr w:type="spellEnd"/>
      <w:r>
        <w:t xml:space="preserve"> </w:t>
      </w:r>
      <w:proofErr w:type="spellStart"/>
      <w:r>
        <w:t>poslouchejte</w:t>
      </w:r>
      <w:proofErr w:type="spellEnd"/>
      <w:r>
        <w:t xml:space="preserve"> </w:t>
      </w:r>
      <w:proofErr w:type="spellStart"/>
      <w:r>
        <w:t>výklad</w:t>
      </w:r>
      <w:proofErr w:type="spellEnd"/>
      <w:r>
        <w:t xml:space="preserve"> </w:t>
      </w:r>
      <w:proofErr w:type="spellStart"/>
      <w:r>
        <w:t>tratí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proběhne</w:t>
      </w:r>
      <w:proofErr w:type="spellEnd"/>
      <w:r>
        <w:t xml:space="preserve"> </w:t>
      </w:r>
      <w:proofErr w:type="spellStart"/>
      <w:r>
        <w:t>cca</w:t>
      </w:r>
      <w:proofErr w:type="spellEnd"/>
      <w:r>
        <w:t xml:space="preserve"> v 1</w:t>
      </w:r>
      <w:r w:rsidR="00F0569B">
        <w:t>0</w:t>
      </w:r>
      <w:r>
        <w:t>:</w:t>
      </w:r>
      <w:r w:rsidR="00F0569B">
        <w:t>15</w:t>
      </w:r>
      <w:r>
        <w:t xml:space="preserve">, </w:t>
      </w:r>
      <w:proofErr w:type="spellStart"/>
      <w:r>
        <w:t>ať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nehledáme</w:t>
      </w:r>
      <w:proofErr w:type="spellEnd"/>
      <w:r>
        <w:t xml:space="preserve"> v </w:t>
      </w:r>
      <w:proofErr w:type="spellStart"/>
      <w:r>
        <w:t>Rakousích</w:t>
      </w:r>
      <w:proofErr w:type="spellEnd"/>
      <w:r>
        <w:t xml:space="preserve">. Vezměte si sebou pytlík na hendyho. Je lepší mít u sebe foun, kdyby náhodou něco.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závodník</w:t>
      </w:r>
      <w:proofErr w:type="spellEnd"/>
      <w:r>
        <w:t xml:space="preserve"> je </w:t>
      </w:r>
      <w:proofErr w:type="spellStart"/>
      <w:r>
        <w:t>povinnen</w:t>
      </w:r>
      <w:proofErr w:type="spellEnd"/>
      <w:r>
        <w:t xml:space="preserve"> </w:t>
      </w:r>
      <w:proofErr w:type="spellStart"/>
      <w:r>
        <w:t>projít</w:t>
      </w:r>
      <w:proofErr w:type="spellEnd"/>
      <w:r>
        <w:t xml:space="preserve"> </w:t>
      </w:r>
      <w:proofErr w:type="spellStart"/>
      <w:r>
        <w:t>těsně</w:t>
      </w:r>
      <w:proofErr w:type="spellEnd"/>
      <w:r>
        <w:t xml:space="preserve"> po </w:t>
      </w:r>
      <w:proofErr w:type="spellStart"/>
      <w:r>
        <w:t>dokončení</w:t>
      </w:r>
      <w:proofErr w:type="spellEnd"/>
      <w:r>
        <w:t xml:space="preserve"> </w:t>
      </w:r>
      <w:proofErr w:type="spellStart"/>
      <w:r>
        <w:t>svého</w:t>
      </w:r>
      <w:proofErr w:type="spellEnd"/>
      <w:r>
        <w:t xml:space="preserve"> </w:t>
      </w:r>
      <w:proofErr w:type="spellStart"/>
      <w:r>
        <w:t>úseku</w:t>
      </w:r>
      <w:proofErr w:type="spellEnd"/>
      <w:r>
        <w:t xml:space="preserve"> </w:t>
      </w:r>
      <w:proofErr w:type="spellStart"/>
      <w:r>
        <w:t>dopingovou</w:t>
      </w:r>
      <w:proofErr w:type="spellEnd"/>
      <w:r>
        <w:t xml:space="preserve"> </w:t>
      </w:r>
      <w:proofErr w:type="spellStart"/>
      <w:r>
        <w:t>kontrolou</w:t>
      </w:r>
      <w:proofErr w:type="spellEnd"/>
      <w:r w:rsidR="00F0569B">
        <w:t>:)</w:t>
      </w:r>
      <w:r>
        <w:t>.</w:t>
      </w:r>
    </w:p>
    <w:p w14:paraId="04C98E82" w14:textId="77777777" w:rsidR="0057373A" w:rsidRDefault="00000000">
      <w:r>
        <w:t>POVINNÉ VYBAVENÍ: Běhna-tenisky, kolař – blebmák na hlavě, vodoplach - vesta na těle.</w:t>
      </w:r>
    </w:p>
    <w:p w14:paraId="436CCBBF" w14:textId="39EEB2E6" w:rsidR="0057373A" w:rsidRDefault="00000000">
      <w:r>
        <w:t>KONTAKT: Ve</w:t>
      </w:r>
      <w:r w:rsidR="00F0569B">
        <w:t>nca</w:t>
      </w:r>
      <w:r>
        <w:t xml:space="preserve"> - Tel. </w:t>
      </w:r>
      <w:r w:rsidR="00A43566">
        <w:t>777</w:t>
      </w:r>
      <w:r>
        <w:t xml:space="preserve"> </w:t>
      </w:r>
      <w:r w:rsidR="00A43566">
        <w:t>617</w:t>
      </w:r>
      <w:r>
        <w:t xml:space="preserve"> </w:t>
      </w:r>
      <w:r w:rsidR="00A43566">
        <w:t>881</w:t>
      </w:r>
      <w:r>
        <w:t xml:space="preserve">, mail.: </w:t>
      </w:r>
      <w:r w:rsidR="00A43566">
        <w:t>vskreta</w:t>
      </w:r>
      <w:r>
        <w:t>@seznam.cz</w:t>
      </w:r>
    </w:p>
    <w:p w14:paraId="3FD132E8" w14:textId="77777777" w:rsidR="0057373A" w:rsidRDefault="00000000">
      <w:r>
        <w:lastRenderedPageBreak/>
        <w:t>Časový plán (snad bude dodržen):</w:t>
      </w:r>
    </w:p>
    <w:p w14:paraId="579AC3EC" w14:textId="1A6EB85B" w:rsidR="0057373A" w:rsidRDefault="00F0569B">
      <w:r>
        <w:t xml:space="preserve">8:00 – </w:t>
      </w:r>
      <w:proofErr w:type="spellStart"/>
      <w:r>
        <w:t>otevření</w:t>
      </w:r>
      <w:proofErr w:type="spellEnd"/>
      <w:r>
        <w:t xml:space="preserve"> </w:t>
      </w:r>
      <w:proofErr w:type="spellStart"/>
      <w:r>
        <w:t>prezentace</w:t>
      </w:r>
      <w:proofErr w:type="spellEnd"/>
      <w:r>
        <w:t xml:space="preserve"> </w:t>
      </w:r>
      <w:r>
        <w:br/>
        <w:t xml:space="preserve">10:00 – </w:t>
      </w:r>
      <w:proofErr w:type="spellStart"/>
      <w:r>
        <w:t>konec</w:t>
      </w:r>
      <w:proofErr w:type="spellEnd"/>
      <w:r>
        <w:t xml:space="preserve"> </w:t>
      </w:r>
      <w:proofErr w:type="spellStart"/>
      <w:r>
        <w:t>prezentace</w:t>
      </w:r>
      <w:proofErr w:type="spellEnd"/>
      <w:r>
        <w:br/>
        <w:t xml:space="preserve">10:15 – </w:t>
      </w:r>
      <w:proofErr w:type="spellStart"/>
      <w:r>
        <w:t>výklad</w:t>
      </w:r>
      <w:proofErr w:type="spellEnd"/>
      <w:r>
        <w:t xml:space="preserve"> </w:t>
      </w:r>
      <w:proofErr w:type="spellStart"/>
      <w:r>
        <w:t>tratí</w:t>
      </w:r>
      <w:proofErr w:type="spellEnd"/>
      <w:r>
        <w:br/>
        <w:t xml:space="preserve">10:30 – </w:t>
      </w:r>
      <w:proofErr w:type="spellStart"/>
      <w:r>
        <w:t>hromadný</w:t>
      </w:r>
      <w:proofErr w:type="spellEnd"/>
      <w:r>
        <w:t xml:space="preserve"> start </w:t>
      </w:r>
      <w:proofErr w:type="spellStart"/>
      <w:r>
        <w:t>závodu</w:t>
      </w:r>
      <w:proofErr w:type="spellEnd"/>
      <w:r>
        <w:br/>
        <w:t xml:space="preserve">14:00 – </w:t>
      </w:r>
      <w:proofErr w:type="spellStart"/>
      <w:r>
        <w:t>Vyhlášení</w:t>
      </w:r>
      <w:proofErr w:type="spellEnd"/>
      <w:r>
        <w:t xml:space="preserve"> </w:t>
      </w:r>
      <w:proofErr w:type="spellStart"/>
      <w:r>
        <w:t>výsledků</w:t>
      </w:r>
      <w:proofErr w:type="spellEnd"/>
      <w:r>
        <w:t xml:space="preserve"> a </w:t>
      </w:r>
      <w:proofErr w:type="spellStart"/>
      <w:r>
        <w:t>ceremoniál</w:t>
      </w:r>
      <w:proofErr w:type="spellEnd"/>
      <w:r>
        <w:t xml:space="preserve"> pro </w:t>
      </w:r>
      <w:proofErr w:type="spellStart"/>
      <w:r>
        <w:t>vítěze</w:t>
      </w:r>
      <w:proofErr w:type="spellEnd"/>
      <w:r>
        <w:br/>
        <w:t>14:30 - 00:00 – afterparty</w:t>
      </w:r>
    </w:p>
    <w:sectPr w:rsidR="005737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0386437">
    <w:abstractNumId w:val="8"/>
  </w:num>
  <w:num w:numId="2" w16cid:durableId="508983774">
    <w:abstractNumId w:val="6"/>
  </w:num>
  <w:num w:numId="3" w16cid:durableId="366881195">
    <w:abstractNumId w:val="5"/>
  </w:num>
  <w:num w:numId="4" w16cid:durableId="6520582">
    <w:abstractNumId w:val="4"/>
  </w:num>
  <w:num w:numId="5" w16cid:durableId="180515184">
    <w:abstractNumId w:val="7"/>
  </w:num>
  <w:num w:numId="6" w16cid:durableId="1214003081">
    <w:abstractNumId w:val="3"/>
  </w:num>
  <w:num w:numId="7" w16cid:durableId="817383769">
    <w:abstractNumId w:val="2"/>
  </w:num>
  <w:num w:numId="8" w16cid:durableId="1608997682">
    <w:abstractNumId w:val="1"/>
  </w:num>
  <w:num w:numId="9" w16cid:durableId="74141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A33"/>
    <w:rsid w:val="0015074B"/>
    <w:rsid w:val="001C2E94"/>
    <w:rsid w:val="0027053F"/>
    <w:rsid w:val="0029639D"/>
    <w:rsid w:val="002D656E"/>
    <w:rsid w:val="00326F90"/>
    <w:rsid w:val="00441964"/>
    <w:rsid w:val="0057373A"/>
    <w:rsid w:val="0058526D"/>
    <w:rsid w:val="0068037D"/>
    <w:rsid w:val="006C2473"/>
    <w:rsid w:val="008531A1"/>
    <w:rsid w:val="00A43566"/>
    <w:rsid w:val="00AA1D8D"/>
    <w:rsid w:val="00B47730"/>
    <w:rsid w:val="00CB0664"/>
    <w:rsid w:val="00CC6174"/>
    <w:rsid w:val="00D45528"/>
    <w:rsid w:val="00D67ACE"/>
    <w:rsid w:val="00D87B4E"/>
    <w:rsid w:val="00F0569B"/>
    <w:rsid w:val="00F13C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70C57"/>
  <w14:defaultImageDpi w14:val="300"/>
  <w15:docId w15:val="{2BB94B4F-5441-4629-9BD5-5BC2FA2E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111A3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1A3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C2E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skreta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ound-rugelach-b2f4a2.netlify.ap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59abcf-d282-4bb6-9046-b11f6155e673}" enabled="1" method="Privileged" siteId="{5a599c86-6e50-4562-81a7-1b85777f7d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356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Škréta Václav</dc:creator>
  <cp:keywords/>
  <dc:description>generated by python-docx</dc:description>
  <cp:lastModifiedBy>Škréta Václav</cp:lastModifiedBy>
  <cp:revision>9</cp:revision>
  <dcterms:created xsi:type="dcterms:W3CDTF">2026-09-03T12:16:00Z</dcterms:created>
  <dcterms:modified xsi:type="dcterms:W3CDTF">2026-09-04T14:07:00Z</dcterms:modified>
  <cp:category/>
</cp:coreProperties>
</file>